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63"/>
        <w:tblW w:w="0" w:type="auto"/>
        <w:tblLook w:val="04A0" w:firstRow="1" w:lastRow="0" w:firstColumn="1" w:lastColumn="0" w:noHBand="0" w:noVBand="1"/>
      </w:tblPr>
      <w:tblGrid>
        <w:gridCol w:w="9766"/>
      </w:tblGrid>
      <w:tr w:rsidR="005845B3" w:rsidRPr="00346720" w14:paraId="55E695B8" w14:textId="77777777" w:rsidTr="005845B3">
        <w:tc>
          <w:tcPr>
            <w:tcW w:w="9766" w:type="dxa"/>
            <w:tcBorders>
              <w:top w:val="single" w:sz="12" w:space="0" w:color="2F5597"/>
              <w:left w:val="single" w:sz="12" w:space="0" w:color="EAF2F8"/>
              <w:bottom w:val="single" w:sz="12" w:space="0" w:color="2F5597"/>
              <w:right w:val="single" w:sz="12" w:space="0" w:color="EAF2F8"/>
            </w:tcBorders>
            <w:shd w:val="clear" w:color="auto" w:fill="EAF2F8"/>
          </w:tcPr>
          <w:p w14:paraId="3145980A" w14:textId="77777777" w:rsidR="005845B3" w:rsidRPr="00346720" w:rsidRDefault="005845B3" w:rsidP="005845B3">
            <w:pPr>
              <w:spacing w:before="140" w:after="120"/>
              <w:jc w:val="center"/>
              <w:rPr>
                <w:sz w:val="16"/>
                <w:szCs w:val="20"/>
                <w:lang w:eastAsia="ja-JP"/>
              </w:rPr>
            </w:pPr>
            <w:r w:rsidRPr="00BC6E0B">
              <w:rPr>
                <w:rFonts w:eastAsia="ＭＳ 明朝" w:cs="ＭＳ 明朝"/>
                <w:b/>
                <w:color w:val="1F4E79"/>
                <w:sz w:val="40"/>
                <w:szCs w:val="24"/>
                <w:lang w:eastAsia="ja-JP"/>
              </w:rPr>
              <w:t>ペアレントメンター地域研修</w:t>
            </w:r>
            <w:r w:rsidRPr="00BC6E0B">
              <w:rPr>
                <w:b/>
                <w:color w:val="1F4E79"/>
                <w:sz w:val="40"/>
                <w:szCs w:val="24"/>
                <w:lang w:eastAsia="ja-JP"/>
              </w:rPr>
              <w:t xml:space="preserve"> in </w:t>
            </w:r>
            <w:r w:rsidRPr="00BC6E0B">
              <w:rPr>
                <w:rFonts w:eastAsia="ＭＳ 明朝" w:cs="ＭＳ 明朝"/>
                <w:b/>
                <w:color w:val="1F4E79"/>
                <w:sz w:val="40"/>
                <w:szCs w:val="24"/>
                <w:lang w:eastAsia="ja-JP"/>
              </w:rPr>
              <w:t>旭川</w:t>
            </w:r>
            <w:r w:rsidRPr="00BC6E0B">
              <w:rPr>
                <w:rFonts w:eastAsiaTheme="minorEastAsia"/>
                <w:sz w:val="21"/>
                <w:szCs w:val="24"/>
                <w:lang w:eastAsia="ja-JP"/>
              </w:rPr>
              <w:t xml:space="preserve">　</w:t>
            </w:r>
            <w:r w:rsidRPr="00BC6E0B">
              <w:rPr>
                <w:rFonts w:eastAsia="ＭＳ 明朝" w:cs="ＭＳ 明朝"/>
                <w:b/>
                <w:color w:val="1F4E79"/>
                <w:sz w:val="36"/>
                <w:szCs w:val="24"/>
                <w:lang w:eastAsia="ja-JP"/>
              </w:rPr>
              <w:t>開催要項</w:t>
            </w:r>
          </w:p>
        </w:tc>
      </w:tr>
    </w:tbl>
    <w:p w14:paraId="0A0A934E" w14:textId="77777777" w:rsidR="001C1304" w:rsidRPr="00B312C2" w:rsidRDefault="000723F5">
      <w:pPr>
        <w:spacing w:before="160" w:after="60"/>
        <w:rPr>
          <w:rFonts w:ascii="UD デジタル 教科書体 NP" w:eastAsia="UD デジタル 教科書体 NP" w:hint="eastAsia"/>
          <w:sz w:val="21"/>
          <w:szCs w:val="21"/>
          <w:lang w:eastAsia="ja-JP"/>
        </w:rPr>
      </w:pPr>
      <w:r w:rsidRPr="00B312C2">
        <w:rPr>
          <w:rFonts w:ascii="UD デジタル 教科書体 NP" w:eastAsia="UD デジタル 教科書体 NP" w:hAnsi="Courier New" w:cs="Courier New" w:hint="eastAsia"/>
          <w:b/>
          <w:color w:val="1F4E79"/>
          <w:sz w:val="21"/>
          <w:szCs w:val="21"/>
          <w:lang w:eastAsia="ja-JP"/>
        </w:rPr>
        <w:t>■</w:t>
      </w:r>
      <w:r w:rsidRPr="00B312C2">
        <w:rPr>
          <w:rFonts w:ascii="UD デジタル 教科書体 NP" w:eastAsia="UD デジタル 教科書体 NP" w:hint="eastAsia"/>
          <w:b/>
          <w:color w:val="1F4E79"/>
          <w:sz w:val="21"/>
          <w:szCs w:val="21"/>
          <w:lang w:eastAsia="ja-JP"/>
        </w:rPr>
        <w:t xml:space="preserve"> </w:t>
      </w:r>
      <w:r w:rsidRPr="00B312C2">
        <w:rPr>
          <w:rFonts w:ascii="UD デジタル 教科書体 NP" w:eastAsia="UD デジタル 教科書体 NP" w:cs="ＭＳ 明朝" w:hint="eastAsia"/>
          <w:b/>
          <w:color w:val="1F4E79"/>
          <w:sz w:val="21"/>
          <w:szCs w:val="21"/>
          <w:lang w:eastAsia="ja-JP"/>
        </w:rPr>
        <w:t>目的</w:t>
      </w:r>
    </w:p>
    <w:p w14:paraId="52C1DA8C" w14:textId="5F120291" w:rsidR="001C1304" w:rsidRPr="00B312C2" w:rsidRDefault="000723F5" w:rsidP="006A6854">
      <w:pPr>
        <w:spacing w:after="120" w:line="259" w:lineRule="auto"/>
        <w:ind w:firstLineChars="100" w:firstLine="210"/>
        <w:rPr>
          <w:rFonts w:ascii="UD デジタル 教科書体 NP" w:eastAsia="UD デジタル 教科書体 NP" w:hint="eastAsia"/>
          <w:sz w:val="21"/>
          <w:szCs w:val="21"/>
          <w:lang w:eastAsia="ja-JP"/>
        </w:rPr>
      </w:pPr>
      <w:r w:rsidRPr="00B312C2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>ペアレントメンターの役割や活用について理解を深めるとともに、地域におけるペアレントメンターの</w:t>
      </w:r>
      <w:r w:rsidR="0029059B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 xml:space="preserve">　</w:t>
      </w:r>
      <w:r w:rsidR="005845B3" w:rsidRPr="00B312C2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>活用</w:t>
      </w:r>
      <w:r w:rsidRPr="00B312C2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>や支援機関との連携について考える機会とすることを目的に、本研修を開催します。</w:t>
      </w:r>
    </w:p>
    <w:p w14:paraId="71EA0413" w14:textId="77777777" w:rsidR="001C1304" w:rsidRPr="00B312C2" w:rsidRDefault="000723F5">
      <w:pPr>
        <w:spacing w:before="160" w:after="60"/>
        <w:rPr>
          <w:rFonts w:ascii="UD デジタル 教科書体 NP" w:eastAsia="UD デジタル 教科書体 NP" w:hint="eastAsia"/>
          <w:sz w:val="21"/>
          <w:szCs w:val="21"/>
        </w:rPr>
      </w:pPr>
      <w:r w:rsidRPr="00B312C2">
        <w:rPr>
          <w:rFonts w:ascii="UD デジタル 教科書体 NP" w:eastAsia="UD デジタル 教科書体 NP" w:hAnsi="Courier New" w:cs="Courier New" w:hint="eastAsia"/>
          <w:b/>
          <w:color w:val="1F4E79"/>
          <w:sz w:val="21"/>
          <w:szCs w:val="21"/>
        </w:rPr>
        <w:t>■</w:t>
      </w:r>
      <w:r w:rsidRPr="00B312C2">
        <w:rPr>
          <w:rFonts w:ascii="UD デジタル 教科書体 NP" w:eastAsia="UD デジタル 教科書体 NP" w:hint="eastAsia"/>
          <w:b/>
          <w:color w:val="1F4E79"/>
          <w:sz w:val="21"/>
          <w:szCs w:val="21"/>
        </w:rPr>
        <w:t xml:space="preserve"> </w:t>
      </w:r>
      <w:proofErr w:type="spellStart"/>
      <w:r w:rsidRPr="00B312C2">
        <w:rPr>
          <w:rFonts w:ascii="UD デジタル 教科書体 NP" w:eastAsia="UD デジタル 教科書体 NP" w:cs="ＭＳ 明朝" w:hint="eastAsia"/>
          <w:b/>
          <w:color w:val="1F4E79"/>
          <w:sz w:val="21"/>
          <w:szCs w:val="21"/>
        </w:rPr>
        <w:t>開催概要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7938"/>
      </w:tblGrid>
      <w:tr w:rsidR="001C1304" w:rsidRPr="00B312C2" w14:paraId="5B181DDE" w14:textId="77777777">
        <w:trPr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AF7"/>
            <w:vAlign w:val="center"/>
          </w:tcPr>
          <w:p w14:paraId="39AB373A" w14:textId="77777777" w:rsidR="001C1304" w:rsidRPr="00B312C2" w:rsidRDefault="000723F5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cs="ＭＳ 明朝" w:hint="eastAsia"/>
                <w:b/>
                <w:color w:val="1F4E79"/>
                <w:sz w:val="21"/>
                <w:szCs w:val="21"/>
              </w:rPr>
              <w:t>研修名</w:t>
            </w:r>
            <w:proofErr w:type="spellEnd"/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78727C51" w14:textId="77777777" w:rsidR="001C1304" w:rsidRPr="00B312C2" w:rsidRDefault="000723F5">
            <w:pPr>
              <w:spacing w:after="0" w:line="252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ペアレントメンター地域研修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 xml:space="preserve"> in 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旭川</w:t>
            </w:r>
          </w:p>
        </w:tc>
      </w:tr>
      <w:tr w:rsidR="001C1304" w:rsidRPr="00B312C2" w14:paraId="1F758579" w14:textId="77777777">
        <w:trPr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AF7"/>
            <w:vAlign w:val="center"/>
          </w:tcPr>
          <w:p w14:paraId="473EC3F6" w14:textId="77777777" w:rsidR="001C1304" w:rsidRPr="00B312C2" w:rsidRDefault="000723F5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cs="ＭＳ 明朝" w:hint="eastAsia"/>
                <w:b/>
                <w:color w:val="1F4E79"/>
                <w:sz w:val="21"/>
                <w:szCs w:val="21"/>
              </w:rPr>
              <w:t>参加対象者</w:t>
            </w:r>
            <w:proofErr w:type="spellEnd"/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DF086F0" w14:textId="77777777" w:rsidR="001C1304" w:rsidRPr="00B312C2" w:rsidRDefault="000723F5">
            <w:pPr>
              <w:spacing w:after="0" w:line="252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ペアレントメンター、保護者、市町村職員、支援機関職員　等</w:t>
            </w:r>
          </w:p>
        </w:tc>
      </w:tr>
      <w:tr w:rsidR="001C1304" w:rsidRPr="00B312C2" w14:paraId="2469FD6B" w14:textId="77777777">
        <w:trPr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AF7"/>
            <w:vAlign w:val="center"/>
          </w:tcPr>
          <w:p w14:paraId="7A8E3617" w14:textId="77777777" w:rsidR="001C1304" w:rsidRPr="00B312C2" w:rsidRDefault="000723F5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cs="ＭＳ 明朝" w:hint="eastAsia"/>
                <w:b/>
                <w:color w:val="1F4E79"/>
                <w:sz w:val="21"/>
                <w:szCs w:val="21"/>
              </w:rPr>
              <w:t>日時</w:t>
            </w:r>
            <w:proofErr w:type="spellEnd"/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CBE06F8" w14:textId="5097CE29" w:rsidR="001C1304" w:rsidRPr="00B312C2" w:rsidRDefault="000723F5">
            <w:pPr>
              <w:spacing w:after="0" w:line="252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令和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8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年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9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月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19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日（土）</w:t>
            </w:r>
          </w:p>
          <w:p w14:paraId="611E203F" w14:textId="6FB67C62" w:rsidR="001C1304" w:rsidRPr="00B312C2" w:rsidRDefault="000723F5">
            <w:pPr>
              <w:spacing w:after="0" w:line="252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・ペアレントメンターの方</w:t>
            </w:r>
            <w:r w:rsidR="006A6854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 xml:space="preserve">　　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：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13:00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～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16:</w:t>
            </w:r>
            <w:r w:rsidR="00727AE1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20</w:t>
            </w:r>
          </w:p>
          <w:p w14:paraId="5BC80E04" w14:textId="37A6822D" w:rsidR="001C1304" w:rsidRPr="00B312C2" w:rsidRDefault="000723F5">
            <w:pPr>
              <w:spacing w:after="0" w:line="252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・</w:t>
            </w:r>
            <w:r w:rsidR="006A6854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ペアレントメンター以外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の方：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14:00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～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16:</w:t>
            </w:r>
            <w:r w:rsidR="00727AE1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2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0</w:t>
            </w:r>
          </w:p>
          <w:p w14:paraId="24CE9655" w14:textId="3C252A2D" w:rsidR="001C1304" w:rsidRPr="00B312C2" w:rsidRDefault="000723F5">
            <w:pPr>
              <w:spacing w:after="0" w:line="252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・交流会・情報交換会</w:t>
            </w:r>
            <w:r w:rsidR="006A6854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 xml:space="preserve">　　　　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：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16:</w:t>
            </w:r>
            <w:r w:rsidR="00727AE1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2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0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～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17:00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（会場参加者のみ／自由参加）</w:t>
            </w:r>
          </w:p>
        </w:tc>
      </w:tr>
      <w:tr w:rsidR="001C1304" w:rsidRPr="00B312C2" w14:paraId="539CFB72" w14:textId="77777777">
        <w:trPr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AF7"/>
            <w:vAlign w:val="center"/>
          </w:tcPr>
          <w:p w14:paraId="112BB0BD" w14:textId="77777777" w:rsidR="001C1304" w:rsidRPr="00B312C2" w:rsidRDefault="000723F5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cs="ＭＳ 明朝" w:hint="eastAsia"/>
                <w:b/>
                <w:color w:val="1F4E79"/>
                <w:sz w:val="21"/>
                <w:szCs w:val="21"/>
              </w:rPr>
              <w:t>会場</w:t>
            </w:r>
            <w:proofErr w:type="spellEnd"/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4280558" w14:textId="77777777" w:rsidR="00AF6D42" w:rsidRPr="00B312C2" w:rsidRDefault="00AF6D42">
            <w:pPr>
              <w:spacing w:after="0" w:line="252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旭川市障害者福祉</w:t>
            </w:r>
            <w:r w:rsidR="000723F5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 xml:space="preserve">センターおぴった　</w:t>
            </w:r>
            <w:r w:rsidR="000723F5"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2</w:t>
            </w:r>
            <w:r w:rsidR="000723F5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階</w:t>
            </w:r>
            <w:r w:rsidR="000723F5"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 xml:space="preserve"> </w:t>
            </w:r>
            <w:r w:rsidR="000723F5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会議室</w:t>
            </w:r>
            <w:r w:rsidR="000723F5"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1</w:t>
            </w:r>
          </w:p>
          <w:p w14:paraId="1E61F423" w14:textId="77777777" w:rsidR="001C1304" w:rsidRPr="00B312C2" w:rsidRDefault="006A6854">
            <w:pPr>
              <w:spacing w:after="0" w:line="252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（</w:t>
            </w:r>
            <w:r w:rsidR="000723F5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旭川市宮前</w:t>
            </w:r>
            <w:r w:rsidR="000723F5"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1</w:t>
            </w:r>
            <w:r w:rsidR="000723F5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条</w:t>
            </w:r>
            <w:r w:rsidR="000723F5"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3</w:t>
            </w:r>
            <w:r w:rsidR="000723F5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丁目</w:t>
            </w:r>
            <w:r w:rsidR="000723F5"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3</w:t>
            </w:r>
            <w:r w:rsidR="000723F5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番</w:t>
            </w:r>
            <w:r w:rsidR="000723F5"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7</w:t>
            </w:r>
            <w:r w:rsidR="000723F5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号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）</w:t>
            </w:r>
          </w:p>
          <w:p w14:paraId="2EDF9D29" w14:textId="77777777" w:rsidR="001C1304" w:rsidRPr="00B312C2" w:rsidRDefault="000723F5">
            <w:pPr>
              <w:spacing w:after="0" w:line="252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hAnsi="ＭＳ 明朝" w:cs="ＭＳ 明朝" w:hint="eastAsia"/>
                <w:sz w:val="21"/>
                <w:szCs w:val="21"/>
                <w:lang w:eastAsia="ja-JP"/>
              </w:rPr>
              <w:t>※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Zoom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によるオンライン配信も行います。</w:t>
            </w:r>
            <w:r w:rsidR="00AF6D42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（後日配信なし）</w:t>
            </w:r>
          </w:p>
        </w:tc>
      </w:tr>
      <w:tr w:rsidR="001C1304" w:rsidRPr="00B312C2" w14:paraId="3959E105" w14:textId="77777777">
        <w:trPr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AF7"/>
            <w:vAlign w:val="center"/>
          </w:tcPr>
          <w:p w14:paraId="48671E2E" w14:textId="77777777" w:rsidR="001C1304" w:rsidRPr="00B312C2" w:rsidRDefault="000723F5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cs="ＭＳ 明朝" w:hint="eastAsia"/>
                <w:b/>
                <w:color w:val="1F4E79"/>
                <w:sz w:val="21"/>
                <w:szCs w:val="21"/>
              </w:rPr>
              <w:t>参加費</w:t>
            </w:r>
            <w:proofErr w:type="spellEnd"/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6FD956A" w14:textId="77777777" w:rsidR="001C1304" w:rsidRPr="00B312C2" w:rsidRDefault="000723F5">
            <w:pPr>
              <w:spacing w:after="0" w:line="252" w:lineRule="auto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</w:rPr>
              <w:t>無料</w:t>
            </w:r>
            <w:proofErr w:type="spellEnd"/>
          </w:p>
        </w:tc>
      </w:tr>
      <w:tr w:rsidR="001C1304" w:rsidRPr="00B312C2" w14:paraId="0F2A0C71" w14:textId="77777777">
        <w:trPr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9EAF7"/>
            <w:vAlign w:val="center"/>
          </w:tcPr>
          <w:p w14:paraId="481A4AAB" w14:textId="77777777" w:rsidR="001C1304" w:rsidRPr="00B312C2" w:rsidRDefault="000723F5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cs="ＭＳ 明朝" w:hint="eastAsia"/>
                <w:b/>
                <w:color w:val="1F4E79"/>
                <w:sz w:val="21"/>
                <w:szCs w:val="21"/>
              </w:rPr>
              <w:t>定員</w:t>
            </w:r>
            <w:proofErr w:type="spellEnd"/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3AF5165" w14:textId="77777777" w:rsidR="001C1304" w:rsidRPr="00B312C2" w:rsidRDefault="000723F5">
            <w:pPr>
              <w:spacing w:after="0" w:line="252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会場参加：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100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名　／　オンライン参加：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100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名</w:t>
            </w:r>
          </w:p>
          <w:p w14:paraId="67D27046" w14:textId="77777777" w:rsidR="001C1304" w:rsidRPr="00B312C2" w:rsidRDefault="000723F5">
            <w:pPr>
              <w:spacing w:after="0" w:line="252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hAnsi="ＭＳ 明朝" w:cs="ＭＳ 明朝" w:hint="eastAsia"/>
                <w:sz w:val="21"/>
                <w:szCs w:val="21"/>
                <w:lang w:eastAsia="ja-JP"/>
              </w:rPr>
              <w:t>※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上川・宗谷・留萌圏域内の参加者を優先させていただきます。</w:t>
            </w:r>
          </w:p>
        </w:tc>
      </w:tr>
    </w:tbl>
    <w:p w14:paraId="5B2C0AD0" w14:textId="77777777" w:rsidR="001C1304" w:rsidRPr="00B312C2" w:rsidRDefault="000723F5">
      <w:pPr>
        <w:spacing w:before="160" w:after="60"/>
        <w:rPr>
          <w:rFonts w:ascii="UD デジタル 教科書体 NP" w:eastAsia="UD デジタル 教科書体 NP" w:hint="eastAsia"/>
          <w:sz w:val="21"/>
          <w:szCs w:val="21"/>
        </w:rPr>
      </w:pPr>
      <w:r w:rsidRPr="00B312C2">
        <w:rPr>
          <w:rFonts w:ascii="UD デジタル 教科書体 NP" w:eastAsia="UD デジタル 教科書体 NP" w:hAnsi="Courier New" w:cs="Courier New" w:hint="eastAsia"/>
          <w:b/>
          <w:color w:val="1F4E79"/>
          <w:sz w:val="21"/>
          <w:szCs w:val="21"/>
        </w:rPr>
        <w:t>■</w:t>
      </w:r>
      <w:r w:rsidRPr="00B312C2">
        <w:rPr>
          <w:rFonts w:ascii="UD デジタル 教科書体 NP" w:eastAsia="UD デジタル 教科書体 NP" w:hint="eastAsia"/>
          <w:b/>
          <w:color w:val="1F4E79"/>
          <w:sz w:val="21"/>
          <w:szCs w:val="21"/>
        </w:rPr>
        <w:t xml:space="preserve"> </w:t>
      </w:r>
      <w:proofErr w:type="spellStart"/>
      <w:r w:rsidRPr="00B312C2">
        <w:rPr>
          <w:rFonts w:ascii="UD デジタル 教科書体 NP" w:eastAsia="UD デジタル 教科書体 NP" w:cs="ＭＳ 明朝" w:hint="eastAsia"/>
          <w:b/>
          <w:color w:val="1F4E79"/>
          <w:sz w:val="21"/>
          <w:szCs w:val="21"/>
        </w:rPr>
        <w:t>プログラム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7938"/>
      </w:tblGrid>
      <w:tr w:rsidR="001C1304" w:rsidRPr="00B312C2" w14:paraId="370B0D7E" w14:textId="77777777">
        <w:trPr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2F5597"/>
            <w:vAlign w:val="center"/>
          </w:tcPr>
          <w:p w14:paraId="43A7BD81" w14:textId="77777777" w:rsidR="001C1304" w:rsidRPr="00B312C2" w:rsidRDefault="000723F5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cs="ＭＳ 明朝" w:hint="eastAsia"/>
                <w:b/>
                <w:color w:val="FFFFFF"/>
                <w:sz w:val="21"/>
                <w:szCs w:val="21"/>
              </w:rPr>
              <w:t>時間</w:t>
            </w:r>
            <w:proofErr w:type="spellEnd"/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2F5597"/>
            <w:vAlign w:val="center"/>
          </w:tcPr>
          <w:p w14:paraId="151DE5F1" w14:textId="77777777" w:rsidR="001C1304" w:rsidRPr="00B312C2" w:rsidRDefault="000723F5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cs="ＭＳ 明朝" w:hint="eastAsia"/>
                <w:b/>
                <w:color w:val="FFFFFF"/>
                <w:sz w:val="21"/>
                <w:szCs w:val="21"/>
              </w:rPr>
              <w:t>内容</w:t>
            </w:r>
            <w:proofErr w:type="spellEnd"/>
          </w:p>
        </w:tc>
      </w:tr>
      <w:tr w:rsidR="001C1304" w:rsidRPr="00B312C2" w14:paraId="7B5AACC2" w14:textId="77777777">
        <w:trPr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EF5FB"/>
            <w:vAlign w:val="center"/>
          </w:tcPr>
          <w:p w14:paraId="3E11646E" w14:textId="41B8A4DE" w:rsidR="001C1304" w:rsidRPr="00B312C2" w:rsidRDefault="00975C74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</w:t>
            </w:r>
            <w:r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  <w:lang w:eastAsia="ja-JP"/>
              </w:rPr>
              <w:t>2</w:t>
            </w: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:</w:t>
            </w:r>
            <w:r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  <w:lang w:eastAsia="ja-JP"/>
              </w:rPr>
              <w:t>5</w:t>
            </w: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0</w:t>
            </w:r>
            <w:r w:rsidRPr="00B312C2">
              <w:rPr>
                <w:rFonts w:ascii="UD デジタル 教科書体 NP" w:eastAsia="UD デジタル 教科書体 NP" w:cs="ＭＳ 明朝" w:hint="eastAsia"/>
                <w:b/>
                <w:color w:val="1F4E79"/>
                <w:sz w:val="21"/>
                <w:szCs w:val="21"/>
              </w:rPr>
              <w:t>～</w:t>
            </w: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13:0</w:t>
            </w:r>
            <w:r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  <w:lang w:eastAsia="ja-JP"/>
              </w:rPr>
              <w:t>0</w:t>
            </w:r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C4698A4" w14:textId="7EBF8CAD" w:rsidR="001C1304" w:rsidRPr="00B312C2" w:rsidRDefault="00975C74">
            <w:pPr>
              <w:spacing w:after="0" w:line="240" w:lineRule="auto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r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メンター参加者受付</w:t>
            </w:r>
          </w:p>
        </w:tc>
      </w:tr>
      <w:tr w:rsidR="00975C74" w:rsidRPr="00B312C2" w14:paraId="5731A5A2" w14:textId="77777777">
        <w:trPr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EF5FB"/>
            <w:vAlign w:val="center"/>
          </w:tcPr>
          <w:p w14:paraId="76150F9D" w14:textId="7A64E5B8" w:rsidR="00975C74" w:rsidRPr="00B312C2" w:rsidRDefault="00975C74">
            <w:pPr>
              <w:spacing w:after="0"/>
              <w:jc w:val="center"/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</w:pP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13:00</w:t>
            </w:r>
            <w:r w:rsidRPr="00B312C2">
              <w:rPr>
                <w:rFonts w:ascii="UD デジタル 教科書体 NP" w:eastAsia="UD デジタル 教科書体 NP" w:cs="ＭＳ 明朝" w:hint="eastAsia"/>
                <w:b/>
                <w:color w:val="1F4E79"/>
                <w:sz w:val="21"/>
                <w:szCs w:val="21"/>
              </w:rPr>
              <w:t>～</w:t>
            </w: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13:05</w:t>
            </w:r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104FB83" w14:textId="1218915E" w:rsidR="00975C74" w:rsidRPr="00B312C2" w:rsidRDefault="00975C74">
            <w:pPr>
              <w:spacing w:after="0" w:line="240" w:lineRule="auto"/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</w:pPr>
            <w:proofErr w:type="spellStart"/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</w:rPr>
              <w:t>開会</w:t>
            </w:r>
            <w:proofErr w:type="spellEnd"/>
          </w:p>
        </w:tc>
      </w:tr>
      <w:tr w:rsidR="001C1304" w:rsidRPr="00B312C2" w14:paraId="72A149E4" w14:textId="77777777">
        <w:trPr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EF5FB"/>
            <w:vAlign w:val="center"/>
          </w:tcPr>
          <w:p w14:paraId="60A27EDE" w14:textId="77777777" w:rsidR="001C1304" w:rsidRPr="00B312C2" w:rsidRDefault="000723F5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13:05</w:t>
            </w:r>
            <w:r w:rsidRPr="00B312C2">
              <w:rPr>
                <w:rFonts w:ascii="UD デジタル 教科書体 NP" w:eastAsia="UD デジタル 教科書体 NP" w:cs="ＭＳ 明朝" w:hint="eastAsia"/>
                <w:b/>
                <w:color w:val="1F4E79"/>
                <w:sz w:val="21"/>
                <w:szCs w:val="21"/>
              </w:rPr>
              <w:t>～</w:t>
            </w: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13:50</w:t>
            </w:r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4E9F62B" w14:textId="3722DDDB" w:rsidR="001C1304" w:rsidRPr="00B312C2" w:rsidRDefault="000723F5">
            <w:pPr>
              <w:spacing w:after="0" w:line="240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講座「養成研修の振り返り</w:t>
            </w:r>
            <w:r w:rsidR="00E32668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－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ペアレントメンターの心構え」</w:t>
            </w:r>
          </w:p>
          <w:p w14:paraId="2E95C290" w14:textId="484FB0CC" w:rsidR="001C1304" w:rsidRPr="00B312C2" w:rsidRDefault="000723F5">
            <w:pPr>
              <w:spacing w:after="0" w:line="240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講師：</w:t>
            </w:r>
            <w:r w:rsidR="00BC6E0B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北海道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 xml:space="preserve">教育大学　</w:t>
            </w:r>
            <w:r w:rsidR="00BC6E0B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齊藤</w:t>
            </w:r>
            <w:r w:rsidR="00E8791A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 xml:space="preserve">　</w:t>
            </w:r>
            <w:r w:rsidR="00BC6E0B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 xml:space="preserve">真善　</w:t>
            </w:r>
            <w:r w:rsidR="00E8791A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氏</w:t>
            </w:r>
          </w:p>
          <w:p w14:paraId="4255DA37" w14:textId="77777777" w:rsidR="001C1304" w:rsidRPr="00B312C2" w:rsidRDefault="000723F5">
            <w:pPr>
              <w:spacing w:after="0" w:line="240" w:lineRule="auto"/>
              <w:rPr>
                <w:rFonts w:ascii="UD デジタル 教科書体 NP" w:eastAsia="UD デジタル 教科書体 NP" w:hint="eastAsia"/>
                <w:sz w:val="21"/>
                <w:szCs w:val="21"/>
                <w:u w:val="single"/>
                <w:lang w:eastAsia="ja-JP"/>
              </w:rPr>
            </w:pPr>
            <w:r w:rsidRPr="00B312C2">
              <w:rPr>
                <w:rFonts w:ascii="UD デジタル 教科書体 NP" w:eastAsia="UD デジタル 教科書体 NP" w:hAnsi="ＭＳ 明朝" w:cs="ＭＳ 明朝" w:hint="eastAsia"/>
                <w:color w:val="595959"/>
                <w:sz w:val="21"/>
                <w:szCs w:val="21"/>
                <w:u w:val="single"/>
                <w:lang w:eastAsia="ja-JP"/>
              </w:rPr>
              <w:t>※</w:t>
            </w:r>
            <w:r w:rsidRPr="00B312C2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u w:val="single"/>
                <w:lang w:eastAsia="ja-JP"/>
              </w:rPr>
              <w:t>この時間までは、ペアレントメンターのみ参加可能です。</w:t>
            </w:r>
          </w:p>
        </w:tc>
      </w:tr>
      <w:tr w:rsidR="001C1304" w:rsidRPr="00B312C2" w14:paraId="4864ECC6" w14:textId="77777777">
        <w:trPr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EF5FB"/>
            <w:vAlign w:val="center"/>
          </w:tcPr>
          <w:p w14:paraId="309CAED5" w14:textId="77777777" w:rsidR="001C1304" w:rsidRPr="00B312C2" w:rsidRDefault="000723F5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13:50</w:t>
            </w:r>
            <w:r w:rsidRPr="00B312C2">
              <w:rPr>
                <w:rFonts w:ascii="UD デジタル 教科書体 NP" w:eastAsia="UD デジタル 教科書体 NP" w:cs="ＭＳ 明朝" w:hint="eastAsia"/>
                <w:b/>
                <w:color w:val="1F4E79"/>
                <w:sz w:val="21"/>
                <w:szCs w:val="21"/>
              </w:rPr>
              <w:t>～</w:t>
            </w: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14:00</w:t>
            </w:r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05EBF6BA" w14:textId="77777777" w:rsidR="001C1304" w:rsidRPr="00B312C2" w:rsidRDefault="000723F5">
            <w:pPr>
              <w:spacing w:after="0" w:line="240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休憩・一般参加者受付</w:t>
            </w:r>
          </w:p>
        </w:tc>
      </w:tr>
      <w:tr w:rsidR="001C1304" w:rsidRPr="00B312C2" w14:paraId="2568F977" w14:textId="77777777" w:rsidTr="00F46EC0">
        <w:trPr>
          <w:trHeight w:val="1398"/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EF5FB"/>
            <w:vAlign w:val="center"/>
          </w:tcPr>
          <w:p w14:paraId="62DC5267" w14:textId="77777777" w:rsidR="001C1304" w:rsidRPr="00B312C2" w:rsidRDefault="000723F5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14:00</w:t>
            </w:r>
            <w:r w:rsidRPr="00B312C2">
              <w:rPr>
                <w:rFonts w:ascii="UD デジタル 教科書体 NP" w:eastAsia="UD デジタル 教科書体 NP" w:cs="ＭＳ 明朝" w:hint="eastAsia"/>
                <w:b/>
                <w:color w:val="1F4E79"/>
                <w:sz w:val="21"/>
                <w:szCs w:val="21"/>
              </w:rPr>
              <w:t>～</w:t>
            </w: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15:</w:t>
            </w:r>
            <w:r w:rsidR="00BC6E0B"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  <w:lang w:eastAsia="ja-JP"/>
              </w:rPr>
              <w:t>15</w:t>
            </w:r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39521787" w14:textId="6D36AE0F" w:rsidR="001C1304" w:rsidRPr="00B312C2" w:rsidRDefault="000723F5">
            <w:pPr>
              <w:spacing w:after="0" w:line="240" w:lineRule="auto"/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講話「ペアレントメンターとは</w:t>
            </w:r>
            <w:r w:rsidR="00E32668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－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ペアレントメンターの活用について」</w:t>
            </w:r>
          </w:p>
          <w:p w14:paraId="1D5D7547" w14:textId="119C6587" w:rsidR="00D52DFD" w:rsidRPr="00B312C2" w:rsidRDefault="00D52DFD">
            <w:pPr>
              <w:spacing w:after="0" w:line="240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講師：北海道教育大学　齊藤</w:t>
            </w:r>
            <w:r w:rsidR="00E8791A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 xml:space="preserve">　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 xml:space="preserve">真善　</w:t>
            </w:r>
            <w:r w:rsidR="00E8791A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>氏</w:t>
            </w:r>
          </w:p>
        </w:tc>
      </w:tr>
      <w:tr w:rsidR="00BC6E0B" w:rsidRPr="00B312C2" w14:paraId="2C1D26C6" w14:textId="77777777">
        <w:trPr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EF5FB"/>
            <w:vAlign w:val="center"/>
          </w:tcPr>
          <w:p w14:paraId="47370772" w14:textId="77777777" w:rsidR="00BC6E0B" w:rsidRPr="00B312C2" w:rsidRDefault="00BC6E0B">
            <w:pPr>
              <w:spacing w:after="0"/>
              <w:jc w:val="center"/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  <w:lang w:eastAsia="ja-JP"/>
              </w:rPr>
              <w:t>15:15～15:20</w:t>
            </w:r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2525899E" w14:textId="77777777" w:rsidR="00BC6E0B" w:rsidRPr="00B312C2" w:rsidRDefault="00BC6E0B">
            <w:pPr>
              <w:spacing w:after="0" w:line="240" w:lineRule="auto"/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休憩</w:t>
            </w:r>
          </w:p>
        </w:tc>
      </w:tr>
      <w:tr w:rsidR="001C1304" w:rsidRPr="00B312C2" w14:paraId="59EA52DF" w14:textId="77777777" w:rsidTr="00F8208C">
        <w:trPr>
          <w:trHeight w:val="610"/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EF5FB"/>
            <w:vAlign w:val="center"/>
          </w:tcPr>
          <w:p w14:paraId="7565527E" w14:textId="77777777" w:rsidR="001C1304" w:rsidRPr="00B312C2" w:rsidRDefault="000723F5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15:</w:t>
            </w:r>
            <w:r w:rsidR="00BC6E0B"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  <w:lang w:eastAsia="ja-JP"/>
              </w:rPr>
              <w:t>20</w:t>
            </w:r>
            <w:r w:rsidRPr="00B312C2">
              <w:rPr>
                <w:rFonts w:ascii="UD デジタル 教科書体 NP" w:eastAsia="UD デジタル 教科書体 NP" w:cs="ＭＳ 明朝" w:hint="eastAsia"/>
                <w:b/>
                <w:color w:val="1F4E79"/>
                <w:sz w:val="21"/>
                <w:szCs w:val="21"/>
              </w:rPr>
              <w:t>～</w:t>
            </w: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15:</w:t>
            </w:r>
            <w:r w:rsidR="00BC6E0B"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  <w:lang w:eastAsia="ja-JP"/>
              </w:rPr>
              <w:t>50</w:t>
            </w:r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4B1AA070" w14:textId="0026B18F" w:rsidR="00BC6E0B" w:rsidRPr="00B312C2" w:rsidRDefault="006A6854">
            <w:pPr>
              <w:spacing w:after="0" w:line="240" w:lineRule="auto"/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「ペアレントメンター</w:t>
            </w:r>
            <w:r w:rsidR="00C05EFF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として活動する上で大切にしたいこと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」</w:t>
            </w:r>
          </w:p>
          <w:p w14:paraId="5789BB7B" w14:textId="15E0842E" w:rsidR="001C1304" w:rsidRPr="00B312C2" w:rsidRDefault="006A6854">
            <w:pPr>
              <w:spacing w:after="0" w:line="240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発表者：</w:t>
            </w:r>
            <w:r w:rsidR="002B7429" w:rsidRPr="002B7429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山名　智司佳</w:t>
            </w:r>
            <w:r w:rsidR="002B7429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 xml:space="preserve">　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氏（上川リーダーメンター）</w:t>
            </w:r>
          </w:p>
        </w:tc>
      </w:tr>
      <w:tr w:rsidR="001C1304" w:rsidRPr="00B312C2" w14:paraId="7BF59EC7" w14:textId="77777777" w:rsidTr="00F8208C">
        <w:trPr>
          <w:trHeight w:val="534"/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EF5FB"/>
            <w:vAlign w:val="center"/>
          </w:tcPr>
          <w:p w14:paraId="0D7A1227" w14:textId="77777777" w:rsidR="001C1304" w:rsidRPr="00B312C2" w:rsidRDefault="000723F5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15:</w:t>
            </w:r>
            <w:r w:rsidR="00BC6E0B"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  <w:lang w:eastAsia="ja-JP"/>
              </w:rPr>
              <w:t>50</w:t>
            </w:r>
            <w:r w:rsidRPr="00B312C2">
              <w:rPr>
                <w:rFonts w:ascii="UD デジタル 教科書体 NP" w:eastAsia="UD デジタル 教科書体 NP" w:cs="ＭＳ 明朝" w:hint="eastAsia"/>
                <w:b/>
                <w:color w:val="1F4E79"/>
                <w:sz w:val="21"/>
                <w:szCs w:val="21"/>
              </w:rPr>
              <w:t>～</w:t>
            </w: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16:</w:t>
            </w:r>
            <w:r w:rsidR="00BC6E0B"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  <w:lang w:eastAsia="ja-JP"/>
              </w:rPr>
              <w:t>20</w:t>
            </w:r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1F170D2E" w14:textId="7C32586E" w:rsidR="00317F8F" w:rsidRPr="00B312C2" w:rsidRDefault="008D4D4A">
            <w:pPr>
              <w:spacing w:after="0" w:line="240" w:lineRule="auto"/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</w:pPr>
            <w:r w:rsidRPr="008D4D4A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グループ相談実践報告</w:t>
            </w:r>
            <w:r w:rsidR="006A6854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「</w:t>
            </w:r>
            <w:r w:rsidRPr="008D4D4A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解決しなくても、話せてよかったと思える場所づくり</w:t>
            </w:r>
            <w:r w:rsidR="006A6854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」</w:t>
            </w:r>
          </w:p>
          <w:p w14:paraId="52615B3A" w14:textId="6957CCF5" w:rsidR="001C1304" w:rsidRPr="00B312C2" w:rsidRDefault="006A6854">
            <w:pPr>
              <w:spacing w:after="0" w:line="240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発表者：</w:t>
            </w:r>
            <w:r w:rsidR="002B7429" w:rsidRPr="002B7429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西岡　真由子</w:t>
            </w:r>
            <w:r w:rsidR="002B7429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 xml:space="preserve">　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氏（</w:t>
            </w:r>
            <w:r w:rsidR="00471728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オホーツク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リーダーメンター）</w:t>
            </w:r>
          </w:p>
        </w:tc>
      </w:tr>
      <w:tr w:rsidR="001C1304" w:rsidRPr="00B312C2" w14:paraId="3FA58234" w14:textId="77777777">
        <w:trPr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EF5FB"/>
            <w:vAlign w:val="center"/>
          </w:tcPr>
          <w:p w14:paraId="18D928EA" w14:textId="77777777" w:rsidR="001C1304" w:rsidRPr="00B312C2" w:rsidRDefault="000723F5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16:</w:t>
            </w:r>
            <w:r w:rsidR="00BC6E0B"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  <w:lang w:eastAsia="ja-JP"/>
              </w:rPr>
              <w:t>20</w:t>
            </w:r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E034CC8" w14:textId="77777777" w:rsidR="001C1304" w:rsidRPr="00B312C2" w:rsidRDefault="000723F5">
            <w:pPr>
              <w:spacing w:after="0" w:line="240" w:lineRule="auto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</w:rPr>
              <w:t>閉会</w:t>
            </w:r>
            <w:proofErr w:type="spellEnd"/>
          </w:p>
        </w:tc>
      </w:tr>
      <w:tr w:rsidR="001C1304" w:rsidRPr="00B312C2" w14:paraId="010940FA" w14:textId="77777777" w:rsidTr="00F8208C">
        <w:trPr>
          <w:trHeight w:val="750"/>
          <w:jc w:val="center"/>
        </w:trPr>
        <w:tc>
          <w:tcPr>
            <w:tcW w:w="181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EF5FB"/>
            <w:vAlign w:val="center"/>
          </w:tcPr>
          <w:p w14:paraId="4B80CDCC" w14:textId="77777777" w:rsidR="001C1304" w:rsidRPr="00B312C2" w:rsidRDefault="000723F5">
            <w:pPr>
              <w:spacing w:after="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16:</w:t>
            </w:r>
            <w:r w:rsidR="00BC6E0B"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  <w:lang w:eastAsia="ja-JP"/>
              </w:rPr>
              <w:t>20</w:t>
            </w:r>
            <w:r w:rsidRPr="00B312C2">
              <w:rPr>
                <w:rFonts w:ascii="UD デジタル 教科書体 NP" w:eastAsia="UD デジタル 教科書体 NP" w:cs="ＭＳ 明朝" w:hint="eastAsia"/>
                <w:b/>
                <w:color w:val="1F4E79"/>
                <w:sz w:val="21"/>
                <w:szCs w:val="21"/>
              </w:rPr>
              <w:t>～</w:t>
            </w:r>
            <w:r w:rsidRPr="00B312C2">
              <w:rPr>
                <w:rFonts w:ascii="UD デジタル 教科書体 NP" w:eastAsia="UD デジタル 教科書体 NP" w:hint="eastAsia"/>
                <w:b/>
                <w:color w:val="1F4E79"/>
                <w:sz w:val="21"/>
                <w:szCs w:val="21"/>
              </w:rPr>
              <w:t>17:00</w:t>
            </w:r>
          </w:p>
        </w:tc>
        <w:tc>
          <w:tcPr>
            <w:tcW w:w="79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</w:tcPr>
          <w:p w14:paraId="55CA0931" w14:textId="77777777" w:rsidR="007B2AB0" w:rsidRDefault="000723F5">
            <w:pPr>
              <w:spacing w:after="0" w:line="240" w:lineRule="auto"/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u w:val="single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交流会・情報交換会</w:t>
            </w:r>
            <w:r w:rsidR="007B2AB0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t xml:space="preserve">　</w:t>
            </w:r>
            <w:r w:rsidRPr="00B312C2">
              <w:rPr>
                <w:rFonts w:ascii="UD デジタル 教科書体 NP" w:eastAsia="UD デジタル 教科書体 NP" w:hAnsi="ＭＳ 明朝" w:cs="ＭＳ 明朝" w:hint="eastAsia"/>
                <w:color w:val="595959"/>
                <w:sz w:val="21"/>
                <w:szCs w:val="21"/>
                <w:u w:val="single"/>
                <w:lang w:eastAsia="ja-JP"/>
              </w:rPr>
              <w:t>※</w:t>
            </w:r>
            <w:r w:rsidRPr="00B312C2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u w:val="single"/>
                <w:lang w:eastAsia="ja-JP"/>
              </w:rPr>
              <w:t>会場参加者のみ</w:t>
            </w:r>
            <w:r w:rsidR="000C6E02" w:rsidRPr="00B312C2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u w:val="single"/>
                <w:lang w:eastAsia="ja-JP"/>
              </w:rPr>
              <w:t>参加可能</w:t>
            </w:r>
            <w:r w:rsidRPr="00B312C2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u w:val="single"/>
                <w:lang w:eastAsia="ja-JP"/>
              </w:rPr>
              <w:t>。</w:t>
            </w:r>
          </w:p>
          <w:p w14:paraId="6C75DF6D" w14:textId="0B209E69" w:rsidR="001C1304" w:rsidRPr="00B312C2" w:rsidRDefault="000723F5">
            <w:pPr>
              <w:spacing w:after="0" w:line="240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lang w:eastAsia="ja-JP"/>
              </w:rPr>
              <w:t>グループワー</w:t>
            </w:r>
            <w:r w:rsidR="007832E5" w:rsidRPr="00B312C2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lang w:eastAsia="ja-JP"/>
              </w:rPr>
              <w:t>ク等</w:t>
            </w:r>
            <w:r w:rsidRPr="00B312C2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lang w:eastAsia="ja-JP"/>
              </w:rPr>
              <w:t>は行</w:t>
            </w:r>
            <w:r w:rsidR="007832E5" w:rsidRPr="00B312C2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lang w:eastAsia="ja-JP"/>
              </w:rPr>
              <w:t>わず自由交流の時間</w:t>
            </w:r>
            <w:r w:rsidR="000C6E02" w:rsidRPr="00B312C2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lang w:eastAsia="ja-JP"/>
              </w:rPr>
              <w:t>です</w:t>
            </w:r>
            <w:r w:rsidRPr="00B312C2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lang w:eastAsia="ja-JP"/>
              </w:rPr>
              <w:t>。自由参加・自由退出可能です。</w:t>
            </w:r>
            <w:r w:rsidR="007B2AB0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lang w:eastAsia="ja-JP"/>
              </w:rPr>
              <w:t>メンター</w:t>
            </w:r>
            <w:r w:rsidR="00B548CA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lang w:eastAsia="ja-JP"/>
              </w:rPr>
              <w:t>を</w:t>
            </w:r>
            <w:r w:rsidR="007B2AB0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lang w:eastAsia="ja-JP"/>
              </w:rPr>
              <w:t>配置した席</w:t>
            </w:r>
            <w:r w:rsidR="00C258E4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lang w:eastAsia="ja-JP"/>
              </w:rPr>
              <w:t>を</w:t>
            </w:r>
            <w:r w:rsidR="007B2AB0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lang w:eastAsia="ja-JP"/>
              </w:rPr>
              <w:t>ご用意いたしますので、</w:t>
            </w:r>
            <w:r w:rsidR="00564839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lang w:eastAsia="ja-JP"/>
              </w:rPr>
              <w:t>メンターとの交流も可能です</w:t>
            </w:r>
            <w:r w:rsidR="007B2AB0">
              <w:rPr>
                <w:rFonts w:ascii="UD デジタル 教科書体 NP" w:eastAsia="UD デジタル 教科書体 NP" w:cs="ＭＳ 明朝" w:hint="eastAsia"/>
                <w:color w:val="595959"/>
                <w:sz w:val="21"/>
                <w:szCs w:val="21"/>
                <w:lang w:eastAsia="ja-JP"/>
              </w:rPr>
              <w:t>。</w:t>
            </w:r>
          </w:p>
        </w:tc>
      </w:tr>
    </w:tbl>
    <w:p w14:paraId="5B0E6B58" w14:textId="77777777" w:rsidR="007022D7" w:rsidRPr="00B312C2" w:rsidRDefault="00317F8F">
      <w:pPr>
        <w:spacing w:before="160" w:after="60"/>
        <w:rPr>
          <w:rFonts w:ascii="UD デジタル 教科書体 NP" w:eastAsia="UD デジタル 教科書体 NP" w:hAnsi="Courier New" w:cs="Courier New"/>
          <w:b/>
          <w:color w:val="1F4E79"/>
          <w:sz w:val="22"/>
          <w:lang w:eastAsia="ja-JP"/>
        </w:rPr>
      </w:pPr>
      <w:r w:rsidRPr="00B312C2">
        <w:rPr>
          <w:rFonts w:ascii="UD デジタル 教科書体 NP" w:eastAsia="UD デジタル 教科書体 NP" w:hAnsi="Courier New" w:cs="Courier New" w:hint="eastAsia"/>
          <w:b/>
          <w:color w:val="1F4E79"/>
          <w:sz w:val="22"/>
          <w:lang w:eastAsia="ja-JP"/>
        </w:rPr>
        <w:t>申し込み方法は裏面をご覧ください。</w:t>
      </w:r>
    </w:p>
    <w:p w14:paraId="5338F579" w14:textId="77777777" w:rsidR="001C1304" w:rsidRPr="00B312C2" w:rsidRDefault="000723F5">
      <w:pPr>
        <w:spacing w:before="160" w:after="60"/>
        <w:rPr>
          <w:rFonts w:ascii="UD デジタル 教科書体 NP" w:eastAsia="UD デジタル 教科書体 NP" w:hint="eastAsia"/>
          <w:sz w:val="21"/>
          <w:szCs w:val="21"/>
        </w:rPr>
      </w:pPr>
      <w:r w:rsidRPr="00B312C2">
        <w:rPr>
          <w:rFonts w:ascii="UD デジタル 教科書体 NP" w:eastAsia="UD デジタル 教科書体 NP" w:hAnsi="Courier New" w:cs="Courier New" w:hint="eastAsia"/>
          <w:b/>
          <w:color w:val="1F4E79"/>
          <w:sz w:val="21"/>
          <w:szCs w:val="21"/>
        </w:rPr>
        <w:lastRenderedPageBreak/>
        <w:t>■</w:t>
      </w:r>
      <w:r w:rsidRPr="00B312C2">
        <w:rPr>
          <w:rFonts w:ascii="UD デジタル 教科書体 NP" w:eastAsia="UD デジタル 教科書体 NP" w:hint="eastAsia"/>
          <w:b/>
          <w:color w:val="1F4E79"/>
          <w:sz w:val="21"/>
          <w:szCs w:val="21"/>
        </w:rPr>
        <w:t xml:space="preserve"> </w:t>
      </w:r>
      <w:proofErr w:type="spellStart"/>
      <w:r w:rsidRPr="00B312C2">
        <w:rPr>
          <w:rFonts w:ascii="UD デジタル 教科書体 NP" w:eastAsia="UD デジタル 教科書体 NP" w:cs="ＭＳ 明朝" w:hint="eastAsia"/>
          <w:b/>
          <w:color w:val="1F4E79"/>
          <w:sz w:val="21"/>
          <w:szCs w:val="21"/>
        </w:rPr>
        <w:t>申込方法</w:t>
      </w:r>
      <w:proofErr w:type="spellEnd"/>
    </w:p>
    <w:tbl>
      <w:tblPr>
        <w:tblW w:w="9773" w:type="dxa"/>
        <w:jc w:val="center"/>
        <w:tblLayout w:type="fixed"/>
        <w:tblLook w:val="04A0" w:firstRow="1" w:lastRow="0" w:firstColumn="1" w:lastColumn="0" w:noHBand="0" w:noVBand="1"/>
      </w:tblPr>
      <w:tblGrid>
        <w:gridCol w:w="7212"/>
        <w:gridCol w:w="2561"/>
      </w:tblGrid>
      <w:tr w:rsidR="001C1304" w:rsidRPr="00B312C2" w14:paraId="68B32705" w14:textId="77777777" w:rsidTr="009D7421">
        <w:trPr>
          <w:trHeight w:val="1979"/>
          <w:jc w:val="center"/>
        </w:trPr>
        <w:tc>
          <w:tcPr>
            <w:tcW w:w="721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B2DF47B" w14:textId="5C31433B" w:rsidR="009D0A85" w:rsidRPr="00B312C2" w:rsidRDefault="000723F5" w:rsidP="009D7421">
            <w:pPr>
              <w:spacing w:before="160"/>
              <w:ind w:firstLineChars="100" w:firstLine="210"/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参加を希望される方は、</w:t>
            </w:r>
            <w:r w:rsidR="00B64EFD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以下の</w:t>
            </w:r>
            <w:r w:rsidR="00210066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①②</w:t>
            </w:r>
            <w:r w:rsidR="00B64EFD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いずれかの方法で申込ください。</w:t>
            </w:r>
          </w:p>
          <w:p w14:paraId="78FEC48C" w14:textId="77777777" w:rsidR="009D7421" w:rsidRDefault="00B64EFD" w:rsidP="009D7421">
            <w:pPr>
              <w:pStyle w:val="ae"/>
              <w:numPr>
                <w:ilvl w:val="0"/>
                <w:numId w:val="10"/>
              </w:numPr>
              <w:spacing w:before="160"/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下記のURLか</w:t>
            </w:r>
            <w:r w:rsidR="007022D7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右の</w:t>
            </w:r>
            <w:r w:rsidR="00974CBB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QRコードから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フォーム入力して</w:t>
            </w:r>
            <w:r w:rsidR="000723F5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申込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み。</w:t>
            </w:r>
          </w:p>
          <w:p w14:paraId="4B159F27" w14:textId="632B9105" w:rsidR="009D7421" w:rsidRPr="009252A2" w:rsidRDefault="00B64EFD" w:rsidP="009252A2">
            <w:pPr>
              <w:spacing w:before="160"/>
              <w:rPr>
                <w:rFonts w:ascii="UD デジタル 教科書体 NP" w:eastAsia="UD デジタル 教科書体 NP" w:cs="ＭＳ 明朝" w:hint="eastAsia"/>
                <w:b/>
                <w:sz w:val="21"/>
                <w:szCs w:val="21"/>
                <w:lang w:eastAsia="ja-JP"/>
              </w:rPr>
            </w:pPr>
            <w:r w:rsidRPr="009252A2">
              <w:rPr>
                <w:rFonts w:ascii="UD デジタル 教科書体 NP" w:eastAsia="UD デジタル 教科書体 NP" w:hAnsi="ＭＳ 明朝" w:cs="ＭＳ 明朝" w:hint="eastAsia"/>
                <w:b/>
                <w:szCs w:val="20"/>
                <w:lang w:eastAsia="ja-JP"/>
              </w:rPr>
              <w:t>申込フォーム</w:t>
            </w:r>
            <w:r w:rsidRPr="009252A2">
              <w:rPr>
                <w:rFonts w:ascii="UD デジタル 教科書体 NP" w:eastAsia="UD デジタル 教科書体 NP" w:hint="eastAsia"/>
                <w:b/>
                <w:szCs w:val="20"/>
                <w:lang w:eastAsia="ja-JP"/>
              </w:rPr>
              <w:t>URL</w:t>
            </w:r>
            <w:r w:rsidRPr="009252A2">
              <w:rPr>
                <w:rFonts w:ascii="UD デジタル 教科書体 NP" w:eastAsia="UD デジタル 教科書体 NP" w:cs="ＭＳ 明朝" w:hint="eastAsia"/>
                <w:b/>
                <w:szCs w:val="20"/>
                <w:lang w:eastAsia="ja-JP"/>
              </w:rPr>
              <w:t>：</w:t>
            </w:r>
            <w:r w:rsidR="009252A2">
              <w:fldChar w:fldCharType="begin"/>
            </w:r>
            <w:r w:rsidR="009252A2">
              <w:instrText>HYPERLINK "https://kitano-machi.com/form/form202609.html"</w:instrText>
            </w:r>
            <w:r w:rsidR="009252A2">
              <w:fldChar w:fldCharType="separate"/>
            </w:r>
            <w:r w:rsidR="009252A2" w:rsidRPr="009252A2">
              <w:rPr>
                <w:rFonts w:ascii="UD デジタル 教科書体 NP" w:eastAsia="UD デジタル 教科書体 NP" w:hAnsi="Yu Gothic" w:hint="eastAsia"/>
                <w:color w:val="0563C1"/>
                <w:szCs w:val="20"/>
                <w:u w:val="single"/>
              </w:rPr>
              <w:t>https://kitano-machi.com/form/form202609.html</w:t>
            </w:r>
            <w:r w:rsidR="009252A2">
              <w:fldChar w:fldCharType="end"/>
            </w:r>
          </w:p>
          <w:p w14:paraId="41586349" w14:textId="240738F7" w:rsidR="001C1304" w:rsidRPr="00EA69D0" w:rsidRDefault="00974CBB" w:rsidP="00B64EFD">
            <w:pPr>
              <w:pStyle w:val="ae"/>
              <w:numPr>
                <w:ilvl w:val="0"/>
                <w:numId w:val="10"/>
              </w:numPr>
              <w:spacing w:before="160"/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hAnsi="ＭＳ 明朝" w:cs="ＭＳ 明朝" w:hint="eastAsia"/>
                <w:sz w:val="21"/>
                <w:szCs w:val="21"/>
                <w:lang w:eastAsia="ja-JP"/>
              </w:rPr>
              <w:t>申込</w:t>
            </w:r>
            <w:r w:rsidR="002108EE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書</w:t>
            </w:r>
            <w:r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を記載して事務局へメール添付して</w:t>
            </w:r>
            <w:r w:rsidR="000723F5" w:rsidRPr="00B312C2">
              <w:rPr>
                <w:rFonts w:ascii="UD デジタル 教科書体 NP" w:eastAsia="UD デジタル 教科書体 NP" w:cs="ＭＳ 明朝" w:hint="eastAsia"/>
                <w:sz w:val="21"/>
                <w:szCs w:val="21"/>
                <w:lang w:eastAsia="ja-JP"/>
              </w:rPr>
              <w:t>申込み。</w:t>
            </w:r>
          </w:p>
        </w:tc>
        <w:tc>
          <w:tcPr>
            <w:tcW w:w="256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7F9FB"/>
            <w:vAlign w:val="center"/>
          </w:tcPr>
          <w:p w14:paraId="76E5CB3F" w14:textId="097A71D2" w:rsidR="001C1304" w:rsidRPr="00B312C2" w:rsidRDefault="009D7421" w:rsidP="007E6555">
            <w:pPr>
              <w:spacing w:before="280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>
              <w:rPr>
                <w:rFonts w:ascii="UD デジタル 教科書体 NP" w:eastAsia="UD デジタル 教科書体 NP" w:hint="eastAsia"/>
                <w:b/>
                <w:noProof/>
                <w:color w:val="1F4E79"/>
                <w:sz w:val="21"/>
                <w:szCs w:val="21"/>
                <w:lang w:eastAsia="ja-JP"/>
              </w:rPr>
              <w:drawing>
                <wp:inline distT="0" distB="0" distL="0" distR="0" wp14:anchorId="1D65E59D" wp14:editId="5535BC02">
                  <wp:extent cx="1304925" cy="1304925"/>
                  <wp:effectExtent l="0" t="0" r="9525" b="9525"/>
                  <wp:docPr id="203485470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971932" w14:textId="65CD1319" w:rsidR="00B312C2" w:rsidRPr="00B312C2" w:rsidRDefault="00B312C2" w:rsidP="00B312C2">
      <w:pPr>
        <w:spacing w:before="160" w:after="60"/>
        <w:rPr>
          <w:rFonts w:ascii="UD デジタル 教科書体 NP" w:eastAsia="UD デジタル 教科書体 NP" w:hint="eastAsia"/>
          <w:sz w:val="21"/>
          <w:szCs w:val="21"/>
          <w:lang w:eastAsia="ja-JP"/>
        </w:rPr>
      </w:pPr>
      <w:r w:rsidRPr="00B312C2">
        <w:rPr>
          <w:rFonts w:ascii="UD デジタル 教科書体 NP" w:eastAsia="UD デジタル 教科書体 NP" w:hAnsi="Courier New" w:cs="Courier New" w:hint="eastAsia"/>
          <w:b/>
          <w:color w:val="1F4E79"/>
          <w:sz w:val="21"/>
          <w:szCs w:val="21"/>
        </w:rPr>
        <w:t>■</w:t>
      </w:r>
      <w:r w:rsidRPr="00B312C2">
        <w:rPr>
          <w:rFonts w:ascii="UD デジタル 教科書体 NP" w:eastAsia="UD デジタル 教科書体 NP" w:hint="eastAsia"/>
          <w:b/>
          <w:color w:val="1F4E79"/>
          <w:sz w:val="21"/>
          <w:szCs w:val="21"/>
        </w:rPr>
        <w:t xml:space="preserve"> </w:t>
      </w:r>
      <w:proofErr w:type="spellStart"/>
      <w:r w:rsidRPr="00B312C2">
        <w:rPr>
          <w:rFonts w:ascii="UD デジタル 教科書体 NP" w:eastAsia="UD デジタル 教科書体 NP" w:cs="ＭＳ 明朝" w:hint="eastAsia"/>
          <w:b/>
          <w:color w:val="1F4E79"/>
          <w:sz w:val="21"/>
          <w:szCs w:val="21"/>
        </w:rPr>
        <w:t>申込</w:t>
      </w:r>
      <w:proofErr w:type="spellEnd"/>
      <w:r w:rsidRPr="00B312C2">
        <w:rPr>
          <w:rFonts w:ascii="UD デジタル 教科書体 NP" w:eastAsia="UD デジタル 教科書体 NP" w:cs="ＭＳ 明朝" w:hint="eastAsia"/>
          <w:b/>
          <w:color w:val="1F4E79"/>
          <w:sz w:val="21"/>
          <w:szCs w:val="21"/>
          <w:lang w:eastAsia="ja-JP"/>
        </w:rPr>
        <w:t>書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329"/>
        <w:gridCol w:w="7496"/>
      </w:tblGrid>
      <w:tr w:rsidR="00B466BA" w:rsidRPr="00B312C2" w14:paraId="4DEAA73B" w14:textId="77777777" w:rsidTr="00E7526D">
        <w:trPr>
          <w:jc w:val="center"/>
        </w:trPr>
        <w:tc>
          <w:tcPr>
            <w:tcW w:w="232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ECFCE8" w14:textId="77777777" w:rsidR="00B466BA" w:rsidRPr="00B312C2" w:rsidRDefault="00B466BA" w:rsidP="00C51509">
            <w:pPr>
              <w:spacing w:after="0" w:line="240" w:lineRule="auto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hAnsi="Yu Gothic" w:cs="Yu Gothic" w:hint="eastAsia"/>
                <w:b/>
                <w:sz w:val="21"/>
                <w:szCs w:val="21"/>
              </w:rPr>
              <w:t>参加方法</w:t>
            </w:r>
            <w:proofErr w:type="spellEnd"/>
          </w:p>
        </w:tc>
        <w:tc>
          <w:tcPr>
            <w:tcW w:w="74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3AF0F4B" w14:textId="77777777" w:rsidR="00B466BA" w:rsidRPr="00B312C2" w:rsidRDefault="00B466BA" w:rsidP="00C51509">
            <w:pPr>
              <w:spacing w:after="0" w:line="240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>□ 会場参加　　□ オンライン参加</w:t>
            </w:r>
          </w:p>
        </w:tc>
      </w:tr>
      <w:tr w:rsidR="00B466BA" w:rsidRPr="00B312C2" w14:paraId="72BAFCE7" w14:textId="77777777" w:rsidTr="00E7526D">
        <w:trPr>
          <w:jc w:val="center"/>
        </w:trPr>
        <w:tc>
          <w:tcPr>
            <w:tcW w:w="232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E1E6D5B" w14:textId="68B30750" w:rsidR="00B466BA" w:rsidRPr="00B312C2" w:rsidRDefault="00B466BA" w:rsidP="00C51509">
            <w:pPr>
              <w:spacing w:after="0" w:line="240" w:lineRule="auto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hAnsi="Yu Gothic" w:cs="Yu Gothic" w:hint="eastAsia"/>
                <w:b/>
                <w:sz w:val="21"/>
                <w:szCs w:val="21"/>
              </w:rPr>
              <w:t>氏名</w:t>
            </w:r>
            <w:proofErr w:type="spellEnd"/>
          </w:p>
        </w:tc>
        <w:tc>
          <w:tcPr>
            <w:tcW w:w="74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E6C695E" w14:textId="700AC84C" w:rsidR="00B312C2" w:rsidRDefault="00B312C2" w:rsidP="00C51509">
            <w:pPr>
              <w:spacing w:after="0" w:line="240" w:lineRule="auto"/>
              <w:rPr>
                <w:rFonts w:ascii="UD デジタル 教科書体 NP" w:eastAsia="UD デジタル 教科書体 NP" w:hAnsi="Yu Gothic" w:cs="Yu Gothic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>ふりがな：</w:t>
            </w:r>
          </w:p>
          <w:p w14:paraId="30561D9E" w14:textId="1E262E71" w:rsidR="00B466BA" w:rsidRPr="00B312C2" w:rsidRDefault="00B466BA" w:rsidP="00C51509">
            <w:pPr>
              <w:spacing w:after="0" w:line="240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 xml:space="preserve">氏名：　　　　　　　　　　　　　　</w:t>
            </w:r>
          </w:p>
        </w:tc>
      </w:tr>
      <w:tr w:rsidR="00B466BA" w:rsidRPr="00B312C2" w14:paraId="23E2607B" w14:textId="77777777" w:rsidTr="00E7526D">
        <w:trPr>
          <w:jc w:val="center"/>
        </w:trPr>
        <w:tc>
          <w:tcPr>
            <w:tcW w:w="232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A852734" w14:textId="77777777" w:rsidR="00B466BA" w:rsidRPr="00B312C2" w:rsidRDefault="00B466BA" w:rsidP="00C51509">
            <w:pPr>
              <w:spacing w:after="0" w:line="240" w:lineRule="auto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hAnsi="Yu Gothic" w:cs="Yu Gothic" w:hint="eastAsia"/>
                <w:b/>
                <w:sz w:val="21"/>
                <w:szCs w:val="21"/>
              </w:rPr>
              <w:t>所属・立場</w:t>
            </w:r>
            <w:proofErr w:type="spellEnd"/>
          </w:p>
        </w:tc>
        <w:tc>
          <w:tcPr>
            <w:tcW w:w="74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6F2898E" w14:textId="77777777" w:rsidR="00E7526D" w:rsidRDefault="00B466BA" w:rsidP="00E7526D">
            <w:pPr>
              <w:spacing w:after="0" w:line="240" w:lineRule="auto"/>
              <w:rPr>
                <w:rFonts w:ascii="UD デジタル 教科書体 NP" w:eastAsia="UD デジタル 教科書体 NP" w:hAnsi="Yu Gothic" w:cs="Yu Gothic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>所属・団体名：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br/>
            </w:r>
            <w:r w:rsid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>立場：</w:t>
            </w:r>
            <w:r w:rsidRP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>□ ペアレントメンター　□ 保護者　□ 市町村職員　□ 支援機関職員</w:t>
            </w:r>
          </w:p>
          <w:p w14:paraId="313D9DFA" w14:textId="6E1D0534" w:rsidR="00B466BA" w:rsidRPr="00E7526D" w:rsidRDefault="00B466BA" w:rsidP="00E7526D">
            <w:pPr>
              <w:spacing w:after="0" w:line="240" w:lineRule="auto"/>
              <w:ind w:firstLineChars="300" w:firstLine="630"/>
              <w:rPr>
                <w:rFonts w:ascii="UD デジタル 教科書体 NP" w:eastAsia="UD デジタル 教科書体 NP" w:hAnsi="Yu Gothic" w:cs="Yu Gothic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 xml:space="preserve">□ その他（　　　　</w:t>
            </w:r>
            <w:r w:rsidR="00E7526D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 xml:space="preserve">　</w:t>
            </w:r>
            <w:r w:rsidR="00406F6B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 xml:space="preserve">　　　　</w:t>
            </w:r>
            <w:r w:rsid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 xml:space="preserve">　</w:t>
            </w:r>
            <w:r w:rsidRP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 xml:space="preserve">　）</w:t>
            </w:r>
          </w:p>
        </w:tc>
      </w:tr>
      <w:tr w:rsidR="00B466BA" w:rsidRPr="00B312C2" w14:paraId="5E10865A" w14:textId="77777777" w:rsidTr="00E7526D">
        <w:trPr>
          <w:jc w:val="center"/>
        </w:trPr>
        <w:tc>
          <w:tcPr>
            <w:tcW w:w="232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E9C0E4C" w14:textId="77777777" w:rsidR="00B466BA" w:rsidRPr="00B312C2" w:rsidRDefault="00B466BA" w:rsidP="00C51509">
            <w:pPr>
              <w:spacing w:after="0" w:line="240" w:lineRule="auto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hAnsi="Yu Gothic" w:cs="Yu Gothic" w:hint="eastAsia"/>
                <w:b/>
                <w:sz w:val="21"/>
                <w:szCs w:val="21"/>
              </w:rPr>
              <w:t>所在地・管内</w:t>
            </w:r>
            <w:proofErr w:type="spellEnd"/>
          </w:p>
        </w:tc>
        <w:tc>
          <w:tcPr>
            <w:tcW w:w="74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3DD5B9F" w14:textId="1CEE1D94" w:rsidR="00B466BA" w:rsidRPr="00B312C2" w:rsidRDefault="00B466BA" w:rsidP="00C51509">
            <w:pPr>
              <w:spacing w:after="0" w:line="240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>市町村：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br/>
            </w:r>
            <w:r w:rsidRP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 xml:space="preserve">□ 上川管内　□ 宗谷管内　□ 留萌管内　□ その他（　　</w:t>
            </w:r>
            <w:r w:rsid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 xml:space="preserve">　　</w:t>
            </w:r>
            <w:r w:rsidRP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 xml:space="preserve">　　　）</w:t>
            </w:r>
          </w:p>
        </w:tc>
      </w:tr>
      <w:tr w:rsidR="00B466BA" w:rsidRPr="00B312C2" w14:paraId="16F467CF" w14:textId="77777777" w:rsidTr="00E7526D">
        <w:trPr>
          <w:jc w:val="center"/>
        </w:trPr>
        <w:tc>
          <w:tcPr>
            <w:tcW w:w="232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FF0F40" w14:textId="77777777" w:rsidR="00B466BA" w:rsidRPr="00B312C2" w:rsidRDefault="00B466BA" w:rsidP="00C51509">
            <w:pPr>
              <w:spacing w:after="0" w:line="240" w:lineRule="auto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hAnsi="Yu Gothic" w:cs="Yu Gothic" w:hint="eastAsia"/>
                <w:b/>
                <w:sz w:val="21"/>
                <w:szCs w:val="21"/>
              </w:rPr>
              <w:t>連絡先</w:t>
            </w:r>
            <w:proofErr w:type="spellEnd"/>
          </w:p>
        </w:tc>
        <w:tc>
          <w:tcPr>
            <w:tcW w:w="74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F8DAF2" w14:textId="77777777" w:rsidR="00B466BA" w:rsidRPr="00B312C2" w:rsidRDefault="00B466BA" w:rsidP="00C51509">
            <w:pPr>
              <w:spacing w:after="0" w:line="240" w:lineRule="auto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</w:rPr>
              <w:t>電話</w:t>
            </w:r>
            <w:proofErr w:type="spellEnd"/>
            <w:r w:rsidRP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</w:rPr>
              <w:t>：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</w:rPr>
              <w:br/>
            </w:r>
            <w:r w:rsidRP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</w:rPr>
              <w:t>E-mail：</w:t>
            </w:r>
          </w:p>
        </w:tc>
      </w:tr>
      <w:tr w:rsidR="00B466BA" w:rsidRPr="00B312C2" w14:paraId="12052376" w14:textId="77777777" w:rsidTr="00E7526D">
        <w:trPr>
          <w:jc w:val="center"/>
        </w:trPr>
        <w:tc>
          <w:tcPr>
            <w:tcW w:w="232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93F2746" w14:textId="77777777" w:rsidR="00B466BA" w:rsidRPr="00B312C2" w:rsidRDefault="00B466BA" w:rsidP="00C51509">
            <w:pPr>
              <w:spacing w:after="0" w:line="240" w:lineRule="auto"/>
              <w:jc w:val="center"/>
              <w:rPr>
                <w:rFonts w:ascii="UD デジタル 教科書体 NP" w:eastAsia="UD デジタル 教科書体 NP" w:hint="eastAsia"/>
                <w:sz w:val="21"/>
                <w:szCs w:val="21"/>
              </w:rPr>
            </w:pPr>
            <w:proofErr w:type="spellStart"/>
            <w:r w:rsidRPr="00B312C2">
              <w:rPr>
                <w:rFonts w:ascii="UD デジタル 教科書体 NP" w:eastAsia="UD デジタル 教科書体 NP" w:hAnsi="Yu Gothic" w:cs="Yu Gothic" w:hint="eastAsia"/>
                <w:b/>
                <w:sz w:val="21"/>
                <w:szCs w:val="21"/>
              </w:rPr>
              <w:t>交流会・配慮事項</w:t>
            </w:r>
            <w:proofErr w:type="spellEnd"/>
          </w:p>
        </w:tc>
        <w:tc>
          <w:tcPr>
            <w:tcW w:w="74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6D26F50" w14:textId="77777777" w:rsidR="00B466BA" w:rsidRPr="00B312C2" w:rsidRDefault="00B466BA" w:rsidP="00C51509">
            <w:pPr>
              <w:spacing w:after="0" w:line="240" w:lineRule="auto"/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</w:pPr>
            <w:r w:rsidRP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>交流会・情報交換会：□ 参加する　□ 参加しない　※会場参加者のみ</w:t>
            </w:r>
            <w:r w:rsidRPr="00B312C2">
              <w:rPr>
                <w:rFonts w:ascii="UD デジタル 教科書体 NP" w:eastAsia="UD デジタル 教科書体 NP" w:hint="eastAsia"/>
                <w:sz w:val="21"/>
                <w:szCs w:val="21"/>
                <w:lang w:eastAsia="ja-JP"/>
              </w:rPr>
              <w:br/>
            </w:r>
            <w:r w:rsidRPr="00B312C2">
              <w:rPr>
                <w:rFonts w:ascii="UD デジタル 教科書体 NP" w:eastAsia="UD デジタル 教科書体 NP" w:hAnsi="Yu Gothic" w:cs="Yu Gothic" w:hint="eastAsia"/>
                <w:sz w:val="21"/>
                <w:szCs w:val="21"/>
                <w:lang w:eastAsia="ja-JP"/>
              </w:rPr>
              <w:t>配慮事項・連絡事項：</w:t>
            </w:r>
          </w:p>
        </w:tc>
      </w:tr>
    </w:tbl>
    <w:p w14:paraId="6A2E1FB6" w14:textId="114CD120" w:rsidR="00FD09D0" w:rsidRPr="00B312C2" w:rsidRDefault="00324446">
      <w:pPr>
        <w:spacing w:before="40" w:after="40"/>
        <w:rPr>
          <w:rFonts w:ascii="UD デジタル 教科書体 NP" w:eastAsia="UD デジタル 教科書体 NP" w:hint="eastAsia"/>
          <w:lang w:eastAsia="ja-JP"/>
        </w:rPr>
      </w:pPr>
      <w:r w:rsidRPr="00B312C2">
        <w:rPr>
          <w:rFonts w:ascii="UD デジタル 教科書体 NP" w:eastAsia="UD デジタル 教科書体 NP" w:hAnsi="Yu Gothic" w:hint="eastAsia"/>
          <w:sz w:val="16"/>
          <w:lang w:eastAsia="ja-JP"/>
        </w:rPr>
        <w:t>※ペアレントメンターの方は13:00から、それ以外の方は14:00から</w:t>
      </w:r>
      <w:r w:rsidR="008E5BBC">
        <w:rPr>
          <w:rFonts w:ascii="UD デジタル 教科書体 NP" w:eastAsia="UD デジタル 教科書体 NP" w:hAnsi="Yu Gothic" w:hint="eastAsia"/>
          <w:sz w:val="16"/>
          <w:lang w:eastAsia="ja-JP"/>
        </w:rPr>
        <w:t>のプログラムに</w:t>
      </w:r>
      <w:r w:rsidRPr="00B312C2">
        <w:rPr>
          <w:rFonts w:ascii="UD デジタル 教科書体 NP" w:eastAsia="UD デジタル 教科書体 NP" w:hAnsi="Yu Gothic" w:hint="eastAsia"/>
          <w:sz w:val="16"/>
          <w:lang w:eastAsia="ja-JP"/>
        </w:rPr>
        <w:t>参加</w:t>
      </w:r>
      <w:r w:rsidR="008E5BBC">
        <w:rPr>
          <w:rFonts w:ascii="UD デジタル 教科書体 NP" w:eastAsia="UD デジタル 教科書体 NP" w:hAnsi="Yu Gothic" w:hint="eastAsia"/>
          <w:sz w:val="16"/>
          <w:lang w:eastAsia="ja-JP"/>
        </w:rPr>
        <w:t>可能</w:t>
      </w:r>
      <w:r w:rsidRPr="00B312C2">
        <w:rPr>
          <w:rFonts w:ascii="UD デジタル 教科書体 NP" w:eastAsia="UD デジタル 教科書体 NP" w:hAnsi="Yu Gothic" w:hint="eastAsia"/>
          <w:sz w:val="16"/>
          <w:lang w:eastAsia="ja-JP"/>
        </w:rPr>
        <w:t>となります。</w:t>
      </w:r>
      <w:r w:rsidRPr="00B312C2">
        <w:rPr>
          <w:rFonts w:ascii="UD デジタル 教科書体 NP" w:eastAsia="UD デジタル 教科書体 NP" w:hAnsi="Yu Gothic" w:hint="eastAsia"/>
          <w:sz w:val="16"/>
          <w:lang w:eastAsia="ja-JP"/>
        </w:rPr>
        <w:br/>
        <w:t>※交流会・情報交換会は会場参加者のみ参加可能です。</w:t>
      </w:r>
      <w:r w:rsidRPr="00B312C2">
        <w:rPr>
          <w:rFonts w:ascii="UD デジタル 教科書体 NP" w:eastAsia="UD デジタル 教科書体 NP" w:hAnsi="Yu Gothic" w:hint="eastAsia"/>
          <w:sz w:val="16"/>
          <w:lang w:eastAsia="ja-JP"/>
        </w:rPr>
        <w:br/>
        <w:t>※ご記入いただいた個人情報は、本研修の運営・連絡の目的以外には使用しません。</w:t>
      </w:r>
    </w:p>
    <w:p w14:paraId="08BF1B8F" w14:textId="77777777" w:rsidR="00317F8F" w:rsidRPr="00B312C2" w:rsidRDefault="00317F8F" w:rsidP="00317F8F">
      <w:pPr>
        <w:spacing w:before="200"/>
        <w:rPr>
          <w:rFonts w:ascii="UD デジタル 教科書体 NP" w:eastAsia="UD デジタル 教科書体 NP" w:hint="eastAsia"/>
          <w:sz w:val="21"/>
          <w:szCs w:val="21"/>
          <w:lang w:eastAsia="ja-JP"/>
        </w:rPr>
      </w:pPr>
      <w:r w:rsidRPr="00B312C2">
        <w:rPr>
          <w:rFonts w:ascii="UD デジタル 教科書体 NP" w:eastAsia="UD デジタル 教科書体 NP" w:hAnsi="Courier New" w:cs="Courier New" w:hint="eastAsia"/>
          <w:b/>
          <w:color w:val="1F4E79"/>
          <w:sz w:val="21"/>
          <w:szCs w:val="21"/>
          <w:lang w:eastAsia="ja-JP"/>
        </w:rPr>
        <w:t>■</w:t>
      </w:r>
      <w:r w:rsidRPr="00B312C2">
        <w:rPr>
          <w:rFonts w:ascii="UD デジタル 教科書体 NP" w:eastAsia="UD デジタル 教科書体 NP" w:hint="eastAsia"/>
          <w:b/>
          <w:color w:val="1F4E79"/>
          <w:sz w:val="21"/>
          <w:szCs w:val="21"/>
          <w:lang w:eastAsia="ja-JP"/>
        </w:rPr>
        <w:t xml:space="preserve"> </w:t>
      </w:r>
      <w:r w:rsidRPr="00B312C2">
        <w:rPr>
          <w:rFonts w:ascii="UD デジタル 教科書体 NP" w:eastAsia="UD デジタル 教科書体 NP" w:cs="ＭＳ 明朝" w:hint="eastAsia"/>
          <w:b/>
          <w:color w:val="1F4E79"/>
          <w:sz w:val="21"/>
          <w:szCs w:val="21"/>
          <w:lang w:eastAsia="ja-JP"/>
        </w:rPr>
        <w:t>その他</w:t>
      </w:r>
    </w:p>
    <w:p w14:paraId="6C738428" w14:textId="39A6B2A0" w:rsidR="00210066" w:rsidRPr="009172EA" w:rsidRDefault="00317F8F">
      <w:pPr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</w:pPr>
      <w:r w:rsidRPr="00B312C2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>・オンライン参加の方には、後日</w:t>
      </w:r>
      <w:r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t>Zoom</w:t>
      </w:r>
      <w:r w:rsidRPr="00B312C2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>の参加</w:t>
      </w:r>
      <w:r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t>URL</w:t>
      </w:r>
      <w:r w:rsidRPr="00B312C2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>をお送りします。</w:t>
      </w:r>
      <w:r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br/>
      </w:r>
      <w:r w:rsidRPr="00B312C2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>・定員に達した場合は、申込を締め切らせていただく場合があります。</w:t>
      </w:r>
      <w:r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br/>
      </w:r>
      <w:r w:rsidRPr="00B312C2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>・ご不明な点がありましたら、事務局までお問い合わせください。</w:t>
      </w:r>
    </w:p>
    <w:p w14:paraId="6D675D05" w14:textId="77777777" w:rsidR="00EA69D0" w:rsidRDefault="00317F8F" w:rsidP="00EA69D0">
      <w:pPr>
        <w:spacing w:before="200"/>
        <w:rPr>
          <w:rFonts w:ascii="UD デジタル 教科書体 NP" w:eastAsia="UD デジタル 教科書体 NP" w:hint="eastAsia"/>
          <w:b/>
          <w:color w:val="1F4E79"/>
          <w:sz w:val="21"/>
          <w:szCs w:val="21"/>
          <w:lang w:eastAsia="ja-JP"/>
        </w:rPr>
      </w:pPr>
      <w:r w:rsidRPr="00EA69D0">
        <w:rPr>
          <w:rFonts w:ascii="UD デジタル 教科書体 NP" w:eastAsia="UD デジタル 教科書体 NP" w:hAnsi="Courier New" w:cs="Courier New" w:hint="eastAsia"/>
          <w:b/>
          <w:color w:val="1F4E79"/>
          <w:sz w:val="21"/>
          <w:szCs w:val="21"/>
          <w:lang w:eastAsia="ja-JP"/>
        </w:rPr>
        <w:t>■</w:t>
      </w:r>
      <w:r w:rsidRPr="00EA69D0">
        <w:rPr>
          <w:rFonts w:ascii="UD デジタル 教科書体 NP" w:eastAsia="UD デジタル 教科書体 NP" w:hint="eastAsia"/>
          <w:b/>
          <w:color w:val="1F4E79"/>
          <w:sz w:val="21"/>
          <w:szCs w:val="21"/>
          <w:lang w:eastAsia="ja-JP"/>
        </w:rPr>
        <w:t xml:space="preserve"> </w:t>
      </w:r>
      <w:r w:rsidRPr="00EA69D0">
        <w:rPr>
          <w:rFonts w:ascii="UD デジタル 教科書体 NP" w:eastAsia="UD デジタル 教科書体 NP" w:cs="ＭＳ 明朝" w:hint="eastAsia"/>
          <w:b/>
          <w:color w:val="1F4E79"/>
          <w:sz w:val="21"/>
          <w:szCs w:val="21"/>
          <w:lang w:eastAsia="ja-JP"/>
        </w:rPr>
        <w:t>事務局</w:t>
      </w:r>
    </w:p>
    <w:p w14:paraId="15CD38DD" w14:textId="4D2F6A80" w:rsidR="007022D7" w:rsidRPr="00EA69D0" w:rsidRDefault="00317F8F" w:rsidP="00EA69D0">
      <w:pPr>
        <w:spacing w:before="200"/>
        <w:rPr>
          <w:rFonts w:ascii="UD デジタル 教科書体 NP" w:eastAsia="UD デジタル 教科書体 NP" w:hint="eastAsia"/>
          <w:b/>
          <w:color w:val="1F4E79"/>
          <w:sz w:val="21"/>
          <w:szCs w:val="21"/>
          <w:lang w:eastAsia="ja-JP"/>
        </w:rPr>
      </w:pPr>
      <w:r w:rsidRPr="00B312C2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>北海道発達障害者支援道北サブセンターきたのまち</w:t>
      </w:r>
      <w:r w:rsidR="009D0A85" w:rsidRPr="00B312C2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 xml:space="preserve">　</w:t>
      </w:r>
      <w:r w:rsidRPr="00B312C2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>担当：佐藤</w:t>
      </w:r>
      <w:r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br/>
        <w:t>TEL</w:t>
      </w:r>
      <w:r w:rsidRPr="00B312C2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 xml:space="preserve">：0166-38-1001　</w:t>
      </w:r>
      <w:r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t>FAX</w:t>
      </w:r>
      <w:r w:rsidRPr="00B312C2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>：0166-38-1002</w:t>
      </w:r>
      <w:r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br/>
        <w:t>E-mail</w:t>
      </w:r>
      <w:r w:rsidRPr="00B312C2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>：</w:t>
      </w:r>
      <w:hyperlink r:id="rId9" w:history="1">
        <w:r w:rsidRPr="00B312C2">
          <w:rPr>
            <w:rStyle w:val="aff"/>
            <w:rFonts w:ascii="UD デジタル 教科書体 NP" w:eastAsia="UD デジタル 教科書体 NP" w:cs="ＭＳ 明朝" w:hint="eastAsia"/>
            <w:sz w:val="21"/>
            <w:szCs w:val="21"/>
            <w:lang w:eastAsia="ja-JP"/>
          </w:rPr>
          <w:t>kitanomachi@kyokushinkai.or.jp</w:t>
        </w:r>
      </w:hyperlink>
      <w:r w:rsidRPr="00B312C2">
        <w:rPr>
          <w:rFonts w:ascii="UD デジタル 教科書体 NP" w:eastAsia="UD デジタル 教科書体 NP" w:cs="ＭＳ 明朝" w:hint="eastAsia"/>
          <w:sz w:val="21"/>
          <w:szCs w:val="21"/>
          <w:lang w:eastAsia="ja-JP"/>
        </w:rPr>
        <w:t xml:space="preserve">　HP：</w:t>
      </w:r>
      <w:hyperlink r:id="rId10" w:history="1">
        <w:r w:rsidRPr="00B312C2">
          <w:rPr>
            <w:rStyle w:val="aff"/>
            <w:rFonts w:ascii="UD デジタル 教科書体 NP" w:eastAsia="UD デジタル 教科書体 NP" w:cs="ＭＳ 明朝" w:hint="eastAsia"/>
            <w:sz w:val="21"/>
            <w:szCs w:val="21"/>
            <w:lang w:eastAsia="ja-JP"/>
          </w:rPr>
          <w:t>http://kitano-machi.com</w:t>
        </w:r>
      </w:hyperlink>
    </w:p>
    <w:p w14:paraId="2BD97E47" w14:textId="77777777" w:rsidR="00210066" w:rsidRPr="00B312C2" w:rsidRDefault="00210066">
      <w:pPr>
        <w:spacing w:after="0"/>
        <w:rPr>
          <w:rFonts w:ascii="UD デジタル 教科書体 NP" w:eastAsia="UD デジタル 教科書体 NP" w:hint="eastAsia"/>
          <w:sz w:val="21"/>
          <w:szCs w:val="21"/>
          <w:lang w:eastAsia="ja-JP"/>
        </w:rPr>
      </w:pPr>
    </w:p>
    <w:p w14:paraId="2F7C18F4" w14:textId="77777777" w:rsidR="00343161" w:rsidRPr="00B312C2" w:rsidRDefault="007022D7" w:rsidP="005037B7">
      <w:pPr>
        <w:rPr>
          <w:rFonts w:ascii="UD デジタル 教科書体 NP" w:eastAsia="UD デジタル 教科書体 NP" w:hint="eastAsia"/>
          <w:sz w:val="21"/>
          <w:szCs w:val="21"/>
          <w:lang w:eastAsia="ja-JP"/>
        </w:rPr>
      </w:pPr>
      <w:r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t>主催：北海道発達障害者支援道北サブセンターきたのまち</w:t>
      </w:r>
      <w:r w:rsidR="00332537"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t xml:space="preserve">　　　　　　　　　　　　　　　　　　　　　　</w:t>
      </w:r>
      <w:r w:rsidR="0015230C"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t>共催：北海道</w:t>
      </w:r>
      <w:r w:rsidR="005037B7"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t>北海道保健福祉部福祉局障がい者保健福祉課</w:t>
      </w:r>
      <w:r w:rsidR="00332537"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t>・</w:t>
      </w:r>
      <w:r w:rsidR="00343161"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t>北海道発達障害者支援センターあおいそら</w:t>
      </w:r>
      <w:r w:rsidR="00332537"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t>・</w:t>
      </w:r>
      <w:r w:rsidR="005037B7"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t xml:space="preserve">　</w:t>
      </w:r>
      <w:r w:rsidR="00343161"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t>北海道発達障害者支援センター道東ブランチノットknot</w:t>
      </w:r>
      <w:r w:rsidR="00332537"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t>・</w:t>
      </w:r>
      <w:r w:rsidR="00343161" w:rsidRPr="00B312C2">
        <w:rPr>
          <w:rFonts w:ascii="UD デジタル 教科書体 NP" w:eastAsia="UD デジタル 教科書体 NP" w:hint="eastAsia"/>
          <w:sz w:val="21"/>
          <w:szCs w:val="21"/>
          <w:lang w:eastAsia="ja-JP"/>
        </w:rPr>
        <w:t>札幌市自閉症・発達障がい支援センターおがる</w:t>
      </w:r>
    </w:p>
    <w:sectPr w:rsidR="00343161" w:rsidRPr="00B312C2" w:rsidSect="00034616">
      <w:footerReference w:type="default" r:id="rId11"/>
      <w:pgSz w:w="11906" w:h="16838"/>
      <w:pgMar w:top="794" w:right="907" w:bottom="79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AA280" w14:textId="77777777" w:rsidR="0080382F" w:rsidRDefault="0080382F">
      <w:pPr>
        <w:spacing w:after="0" w:line="240" w:lineRule="auto"/>
      </w:pPr>
      <w:r>
        <w:separator/>
      </w:r>
    </w:p>
  </w:endnote>
  <w:endnote w:type="continuationSeparator" w:id="0">
    <w:p w14:paraId="2949BB0F" w14:textId="77777777" w:rsidR="0080382F" w:rsidRDefault="00803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UD デジタル 教科書体 NP">
    <w:altName w:val="游ゴシック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881ED" w14:textId="77777777" w:rsidR="001C1304" w:rsidRDefault="000723F5">
    <w:pPr>
      <w:pStyle w:val="a7"/>
      <w:jc w:val="center"/>
      <w:rPr>
        <w:lang w:eastAsia="ja-JP"/>
      </w:rPr>
    </w:pPr>
    <w:r>
      <w:rPr>
        <w:color w:val="808080"/>
        <w:sz w:val="16"/>
        <w:lang w:eastAsia="ja-JP"/>
      </w:rPr>
      <w:t>ペアレントメンター地域研修 in 旭川　開催要項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000C7" w14:textId="77777777" w:rsidR="0080382F" w:rsidRDefault="0080382F">
      <w:pPr>
        <w:spacing w:after="0" w:line="240" w:lineRule="auto"/>
      </w:pPr>
      <w:r>
        <w:separator/>
      </w:r>
    </w:p>
  </w:footnote>
  <w:footnote w:type="continuationSeparator" w:id="0">
    <w:p w14:paraId="433A7CBA" w14:textId="77777777" w:rsidR="0080382F" w:rsidRDefault="00803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F5D1469"/>
    <w:multiLevelType w:val="hybridMultilevel"/>
    <w:tmpl w:val="5C92CF5A"/>
    <w:lvl w:ilvl="0" w:tplc="5E06A5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73316497">
    <w:abstractNumId w:val="8"/>
  </w:num>
  <w:num w:numId="2" w16cid:durableId="364138191">
    <w:abstractNumId w:val="6"/>
  </w:num>
  <w:num w:numId="3" w16cid:durableId="198907255">
    <w:abstractNumId w:val="5"/>
  </w:num>
  <w:num w:numId="4" w16cid:durableId="370541904">
    <w:abstractNumId w:val="4"/>
  </w:num>
  <w:num w:numId="5" w16cid:durableId="2075275409">
    <w:abstractNumId w:val="7"/>
  </w:num>
  <w:num w:numId="6" w16cid:durableId="1068764838">
    <w:abstractNumId w:val="3"/>
  </w:num>
  <w:num w:numId="7" w16cid:durableId="1500850401">
    <w:abstractNumId w:val="2"/>
  </w:num>
  <w:num w:numId="8" w16cid:durableId="514728774">
    <w:abstractNumId w:val="1"/>
  </w:num>
  <w:num w:numId="9" w16cid:durableId="1204945206">
    <w:abstractNumId w:val="0"/>
  </w:num>
  <w:num w:numId="10" w16cid:durableId="3782097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F9F"/>
    <w:rsid w:val="00034616"/>
    <w:rsid w:val="00050FA2"/>
    <w:rsid w:val="0006063C"/>
    <w:rsid w:val="000723F5"/>
    <w:rsid w:val="000A378A"/>
    <w:rsid w:val="000B4D4B"/>
    <w:rsid w:val="000C2592"/>
    <w:rsid w:val="000C6E02"/>
    <w:rsid w:val="00120748"/>
    <w:rsid w:val="00134AD2"/>
    <w:rsid w:val="0015074B"/>
    <w:rsid w:val="0015230C"/>
    <w:rsid w:val="00174D10"/>
    <w:rsid w:val="001C1304"/>
    <w:rsid w:val="001F4C13"/>
    <w:rsid w:val="00210066"/>
    <w:rsid w:val="002108EE"/>
    <w:rsid w:val="0029059B"/>
    <w:rsid w:val="0029639D"/>
    <w:rsid w:val="002B7429"/>
    <w:rsid w:val="002E14D5"/>
    <w:rsid w:val="003002D6"/>
    <w:rsid w:val="00317F8F"/>
    <w:rsid w:val="00321701"/>
    <w:rsid w:val="00324446"/>
    <w:rsid w:val="00326F90"/>
    <w:rsid w:val="00332537"/>
    <w:rsid w:val="00343161"/>
    <w:rsid w:val="00346720"/>
    <w:rsid w:val="003A4A9A"/>
    <w:rsid w:val="003B0820"/>
    <w:rsid w:val="003D0EF1"/>
    <w:rsid w:val="003E6146"/>
    <w:rsid w:val="00406F6B"/>
    <w:rsid w:val="00471728"/>
    <w:rsid w:val="00494D26"/>
    <w:rsid w:val="004F06B0"/>
    <w:rsid w:val="005037B7"/>
    <w:rsid w:val="00564839"/>
    <w:rsid w:val="005845B3"/>
    <w:rsid w:val="00591BC7"/>
    <w:rsid w:val="005B10E8"/>
    <w:rsid w:val="00612037"/>
    <w:rsid w:val="00614F6A"/>
    <w:rsid w:val="006A6854"/>
    <w:rsid w:val="006C05C0"/>
    <w:rsid w:val="006C4227"/>
    <w:rsid w:val="006F168F"/>
    <w:rsid w:val="007022D7"/>
    <w:rsid w:val="00711674"/>
    <w:rsid w:val="00727AE1"/>
    <w:rsid w:val="007832E5"/>
    <w:rsid w:val="007B262B"/>
    <w:rsid w:val="007B2AB0"/>
    <w:rsid w:val="007C6304"/>
    <w:rsid w:val="007E6555"/>
    <w:rsid w:val="0080382F"/>
    <w:rsid w:val="0081756D"/>
    <w:rsid w:val="0083712D"/>
    <w:rsid w:val="00854378"/>
    <w:rsid w:val="00854F18"/>
    <w:rsid w:val="0086327C"/>
    <w:rsid w:val="008A337B"/>
    <w:rsid w:val="008C1ADA"/>
    <w:rsid w:val="008D42F3"/>
    <w:rsid w:val="008D4D4A"/>
    <w:rsid w:val="008E5BBC"/>
    <w:rsid w:val="0091591B"/>
    <w:rsid w:val="009172EA"/>
    <w:rsid w:val="009252A2"/>
    <w:rsid w:val="00950445"/>
    <w:rsid w:val="00974CBB"/>
    <w:rsid w:val="00975C74"/>
    <w:rsid w:val="009D0A85"/>
    <w:rsid w:val="009D7421"/>
    <w:rsid w:val="00A06C0B"/>
    <w:rsid w:val="00A3013E"/>
    <w:rsid w:val="00A36C54"/>
    <w:rsid w:val="00A40DF7"/>
    <w:rsid w:val="00A635D3"/>
    <w:rsid w:val="00A71A93"/>
    <w:rsid w:val="00A96C1A"/>
    <w:rsid w:val="00AA1D8D"/>
    <w:rsid w:val="00AB7A83"/>
    <w:rsid w:val="00AC3332"/>
    <w:rsid w:val="00AD2034"/>
    <w:rsid w:val="00AE63C1"/>
    <w:rsid w:val="00AF6D42"/>
    <w:rsid w:val="00B312C2"/>
    <w:rsid w:val="00B466BA"/>
    <w:rsid w:val="00B47730"/>
    <w:rsid w:val="00B548CA"/>
    <w:rsid w:val="00B64EFD"/>
    <w:rsid w:val="00BB376D"/>
    <w:rsid w:val="00BC6E0B"/>
    <w:rsid w:val="00BD63B7"/>
    <w:rsid w:val="00BD784F"/>
    <w:rsid w:val="00C05EFF"/>
    <w:rsid w:val="00C258E4"/>
    <w:rsid w:val="00CB0664"/>
    <w:rsid w:val="00D01E48"/>
    <w:rsid w:val="00D52DFD"/>
    <w:rsid w:val="00DA17A9"/>
    <w:rsid w:val="00E32668"/>
    <w:rsid w:val="00E42FBD"/>
    <w:rsid w:val="00E7526D"/>
    <w:rsid w:val="00E8791A"/>
    <w:rsid w:val="00EA69D0"/>
    <w:rsid w:val="00F15E5E"/>
    <w:rsid w:val="00F46EC0"/>
    <w:rsid w:val="00F80238"/>
    <w:rsid w:val="00F8208C"/>
    <w:rsid w:val="00F86327"/>
    <w:rsid w:val="00F90B95"/>
    <w:rsid w:val="00F91717"/>
    <w:rsid w:val="00FC693F"/>
    <w:rsid w:val="00FD09D0"/>
    <w:rsid w:val="00F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1E839A"/>
  <w14:defaultImageDpi w14:val="300"/>
  <w15:docId w15:val="{D2F46D9E-4917-4126-B11A-3F5534BF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466BA"/>
    <w:rPr>
      <w:rFonts w:ascii="Noto Sans CJK JP" w:eastAsia="Noto Sans CJK JP" w:hAnsi="Noto Sans CJK JP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346720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346720"/>
    <w:rPr>
      <w:color w:val="605E5C"/>
      <w:shd w:val="clear" w:color="auto" w:fill="E1DFDD"/>
    </w:rPr>
  </w:style>
  <w:style w:type="character" w:styleId="aff1">
    <w:name w:val="FollowedHyperlink"/>
    <w:basedOn w:val="a2"/>
    <w:uiPriority w:val="99"/>
    <w:semiHidden/>
    <w:unhideWhenUsed/>
    <w:rsid w:val="009252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kitano-machi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tanomachi@kyokushinkai.or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5873DC-6C2B-49FA-BA9B-E7615E9B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77</cp:revision>
  <cp:lastPrinted>2026-07-30T01:56:00Z</cp:lastPrinted>
  <dcterms:created xsi:type="dcterms:W3CDTF">2013-12-23T23:15:00Z</dcterms:created>
  <dcterms:modified xsi:type="dcterms:W3CDTF">2026-07-30T03:08:00Z</dcterms:modified>
  <cp:category/>
</cp:coreProperties>
</file>